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Report of Changes Made &amp; Recommendations</w:t>
      </w:r>
    </w:p>
    <w:p>
      <w:r>
        <w:rPr>
          <w:i/>
        </w:rPr>
        <w:t>Manuscript: sample_manuscript | Generated: 2026-11-02 05:38</w:t>
      </w:r>
    </w:p>
    <w:p>
      <w:r>
        <w:t>This report itemizes every formatting fix, citation reconciliation, DOI correction, and editorial recommendation applied to the manuscript. All items correspond to tracked changes (Suggesting Mode in Google Docs) and margin comments.</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Pr>
                <w:b/>
              </w:rPr>
              <w:t>#</w:t>
            </w:r>
          </w:p>
        </w:tc>
        <w:tc>
          <w:tcPr>
            <w:tcW w:type="dxa" w:w="2340"/>
          </w:tcPr>
          <w:p>
            <w:r>
              <w:rPr>
                <w:b/>
              </w:rPr>
              <w:t>Category &amp; Location</w:t>
            </w:r>
          </w:p>
        </w:tc>
        <w:tc>
          <w:tcPr>
            <w:tcW w:type="dxa" w:w="2340"/>
          </w:tcPr>
          <w:p>
            <w:r>
              <w:rPr>
                <w:b/>
              </w:rPr>
              <w:t>Issue Detected</w:t>
            </w:r>
          </w:p>
        </w:tc>
        <w:tc>
          <w:tcPr>
            <w:tcW w:type="dxa" w:w="2340"/>
          </w:tcPr>
          <w:p>
            <w:r>
              <w:rPr>
                <w:b/>
              </w:rPr>
              <w:t>Change Applied / Recommendation</w:t>
            </w:r>
          </w:p>
        </w:tc>
      </w:tr>
      <w:tr>
        <w:tc>
          <w:tcPr>
            <w:tcW w:type="dxa" w:w="2340"/>
          </w:tcPr>
          <w:p>
            <w:r>
              <w:t>1</w:t>
            </w:r>
          </w:p>
        </w:tc>
        <w:tc>
          <w:tcPr>
            <w:tcW w:type="dxa" w:w="2340"/>
          </w:tcPr>
          <w:p>
            <w:r>
              <w:t>Citations &amp; References</w:t>
              <w:br/>
              <w:t>References [Unused, 2019]</w:t>
            </w:r>
          </w:p>
        </w:tc>
        <w:tc>
          <w:tcPr>
            <w:tcW w:type="dxa" w:w="2340"/>
          </w:tcPr>
          <w:p>
            <w:r>
              <w:t>Unused reference: Unused (2019) is in the reference list but never cited in body text.</w:t>
              <w:br/>
              <w:t>Excerpt: "Unused, A. B. (2019). An uncited study in the bibliography. Journal of Irreproducible Research, 10(1), 1-10."</w:t>
            </w:r>
          </w:p>
        </w:tc>
        <w:tc>
          <w:tcPr>
            <w:tcW w:type="dxa" w:w="2340"/>
          </w:tcPr>
          <w:p>
            <w:r>
              <w:t>Cite in body text or remove from Reference list per APA 7 §9.5.</w:t>
            </w:r>
          </w:p>
        </w:tc>
      </w:tr>
      <w:tr>
        <w:tc>
          <w:tcPr>
            <w:tcW w:type="dxa" w:w="2340"/>
          </w:tcPr>
          <w:p>
            <w:r>
              <w:t>2</w:t>
            </w:r>
          </w:p>
        </w:tc>
        <w:tc>
          <w:tcPr>
            <w:tcW w:type="dxa" w:w="2340"/>
          </w:tcPr>
          <w:p>
            <w:r>
              <w:t>Citations &amp; References</w:t>
              <w:br/>
              <w:t>References [Unused, 2019]</w:t>
            </w:r>
          </w:p>
        </w:tc>
        <w:tc>
          <w:tcPr>
            <w:tcW w:type="dxa" w:w="2340"/>
          </w:tcPr>
          <w:p>
            <w:r>
              <w:t>Reference formatting issue: Possible journal article missing DOI</w:t>
              <w:br/>
              <w:t>Excerpt: "Unused (2019)"</w:t>
            </w:r>
          </w:p>
        </w:tc>
        <w:tc>
          <w:tcPr>
            <w:tcW w:type="dxa" w:w="2340"/>
          </w:tcPr>
          <w:p>
            <w:r>
              <w:t>Reformat entry per APA 7 guidelines (check italics, punctuation, and DOI).</w:t>
            </w:r>
          </w:p>
        </w:tc>
      </w:tr>
      <w:tr>
        <w:tc>
          <w:tcPr>
            <w:tcW w:type="dxa" w:w="2340"/>
          </w:tcPr>
          <w:p>
            <w:r>
              <w:t>3</w:t>
            </w:r>
          </w:p>
        </w:tc>
        <w:tc>
          <w:tcPr>
            <w:tcW w:type="dxa" w:w="2340"/>
          </w:tcPr>
          <w:p>
            <w:r>
              <w:t>Citations &amp; References</w:t>
              <w:br/>
              <w:t>References [Smith, 2021]</w:t>
            </w:r>
          </w:p>
        </w:tc>
        <w:tc>
          <w:tcPr>
            <w:tcW w:type="dxa" w:w="2340"/>
          </w:tcPr>
          <w:p>
            <w:r>
              <w:t>Mismatched DOI: '(no DOI)' resolves to a different publication.</w:t>
              <w:br/>
              <w:t>Excerpt: "Entry #4: (no DOI)"</w:t>
            </w:r>
          </w:p>
        </w:tc>
        <w:tc>
          <w:tcPr>
            <w:tcW w:type="dxa" w:w="2340"/>
          </w:tcPr>
          <w:p>
            <w:r>
              <w:t>Verify and replace with the correct article DOI.</w:t>
            </w:r>
          </w:p>
        </w:tc>
      </w:tr>
      <w:tr>
        <w:tc>
          <w:tcPr>
            <w:tcW w:type="dxa" w:w="2340"/>
          </w:tcPr>
          <w:p>
            <w:r>
              <w:t>4</w:t>
            </w:r>
          </w:p>
        </w:tc>
        <w:tc>
          <w:tcPr>
            <w:tcW w:type="dxa" w:w="2340"/>
          </w:tcPr>
          <w:p>
            <w:r>
              <w:t>Citations &amp; References</w:t>
              <w:br/>
              <w:t>References [Unused, 2019]</w:t>
            </w:r>
          </w:p>
        </w:tc>
        <w:tc>
          <w:tcPr>
            <w:tcW w:type="dxa" w:w="2340"/>
          </w:tcPr>
          <w:p>
            <w:r>
              <w:t>Missing DOI: Reference appears to be a journal article lacking a DOI.</w:t>
              <w:br/>
              <w:t>Excerpt: "Entry #5: (no DOI)"</w:t>
            </w:r>
          </w:p>
        </w:tc>
        <w:tc>
          <w:tcPr>
            <w:tcW w:type="dxa" w:w="2340"/>
          </w:tcPr>
          <w:p>
            <w:r>
              <w:t>Check if this article was assigned a DOI and add https://doi.org/... link.</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